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אוצר מילים - בית, גוף, משפחה, בעלי חיים, אוכל ומזג אוויר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מתחומים שונים: בית, גוף, משפחה, בעלי חיים, אוכל ומזג אוויר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ולהשתמש בזוגות הפכים פשוטים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למיין מילים לפי הנושא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מה שייך לאן?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בעלי חיים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הפוך על הפוך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(קטן)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(מתחת)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כלב הוא בעל חיים שחי איתנו בבית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שולחן הוא רהיט שנמצא בבית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חם וקר הם זוג מילים הפוכות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ההפך הוא לילה, למשל: בלילה חשוך בחוץ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כמו אמא, אבא או אח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שם של בעל חיים כמו כלב, חתול או ציפור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תמונות בצד הדף כדי לחזק את ההבנה אצל תלמידים צעירים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המשימות בקול עם התלמידים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לחנ"מ אפשר להתמקד רק בחלק הראשון והשלישי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אוצר מילים - בית, גוף, משפחה, בעלי חיים, אוכל ומזג אוויר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מילים שאנחנו מכירים מהבית, מהגוף שלנו, מהמשפחה, מבעלי חיים, מאוכל ומזג האוויר, וגם נלמד להכיר הפכים פשוטים כמו חם וקר.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חיים  ·  חם  ·  מיטה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מה שייך לאן?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המילה "שולחן" שייכת לנושא...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מזג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המילה "יד" שייכת לנושא...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המילה "חתול" שייכת לנושא...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בעלי חיים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הפוך על הפוך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מתחת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קטן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אנחנו ישנים ב__________ בלילה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הכלב הוא בעל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בקיץ מזג האוויר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"כלב" הוא בעל חיים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"שולחן" הוא איבר בגוף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ההפך מ"חם" הוא "קר"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ההפך של המילה "יום"? כתבו משפט קצר עם המילה ההפוכה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אחת מהנושא "משפחה"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ההפך של "קטן"?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אוצר מילים - בית, גוף, משפחה, בעלי חיים, אוכל ומזג אוויר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