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בית, גוף, משפחה, בעלי חיים, אוכל ומזג 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מתחומים שונים: בית, גוף, משפחה, בעלי חיים, אוכל ומזג 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בזוגות הפכים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הנושא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שייך לאן?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מזג 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הפוך על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הוא בעל חיים שחי איתנו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רהיט שנמצא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חם וקר הם זוג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 הוא ילד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גשם שייך לנושא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שניהם חלקים מגוף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ההפך הוא לילה, למשל: בלילה חשוך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מילים מתאימות לכל נושא - למשל: בית - שולחן, כיסא, מיטה; גוף - יד, רגל, עין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אמא, אבא או אח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של בעל חיים כמו כלב, חתול או ציפור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תמונות בצד הדף כדי לחזק את ההבנה אצל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המשימות בקול עם התלמידים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לחנ"מ אפשר להתמקד רק בחלק הראשון והשלישי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בית, גוף, משפחה, בעלי חיים, אוכל ומזג 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שאנחנו מכירים מהבית, מהגוף שלנו, מהמשפחה, מבעלי חיים, מאוכל ומזג האוויר, וגם נלמד להכיר הפכים פשוטים כמו חם וקר.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שייך לאן?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"שולחן"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"יד"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"סבתא"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"חתול"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"לחם"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"גשם"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הפוך על 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ישנים ב__________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הוא בעל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בקיץ מזג האוויר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מ"גדול"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אמא ואבא הם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אנחנו אוכלים __________ בארוחת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"כלב" הוא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"שולחן" הוא איבר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מ"חם" הוא "קר"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"אח" הוא בן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"גשם" שייך לנושא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"יד" ו"רגל" הם איברים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"יום"? כתבו משפט קצר עם המילה ההפוכה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מהנושא "בית" ושלוש מילים מהנושא "גוף"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מהנושא "משפחה"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"קטן"?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בעל חיים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- בית, גוף, משפחה, בעלי חיים, אוכל ומזג אוויר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